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Trame de plaquette commerciale [Entreprise]</w:t>
      </w:r>
    </w:p>
    <w:p>
      <w:r>
        <w:rPr>
          <w:b w:val="0"/>
          <w:i/>
          <w:color w:val="71717A"/>
        </w:rPr>
        <w:t>Huit pages, dans l'ordre où un prospect les lit. Une page = une idée. Les crochets sont à remplir avec vos faits ; ce qui n'est pas prouvable n'y entre pas. À remettre au graphiste ou à l'agence avec vos photos réelles et vos chiffres sourcés.</w:t>
      </w:r>
    </w:p>
    <w:p>
      <w:pPr>
        <w:pStyle w:val="Heading1"/>
      </w:pPr>
      <w:r>
        <w:t>Page 1 · Couverture</w:t>
      </w:r>
    </w:p>
    <w:p>
      <w:r>
        <w:rPr>
          <w:b w:val="0"/>
          <w:i/>
          <w:color w:val="71717A"/>
        </w:rPr>
        <w:t>Le nom, la promesse en une phrase, la cible nommée, un visuel réel (chantier, atelier, équipe), le millésime.</w:t>
      </w:r>
    </w:p>
    <w:p>
      <w:pPr>
        <w:pStyle w:val="ListBullet"/>
      </w:pPr>
      <w:r>
        <w:t>Promesse : [ce que le client obtient, pas ce que vous faites]</w:t>
      </w:r>
    </w:p>
    <w:p>
      <w:pPr>
        <w:pStyle w:val="ListBullet"/>
      </w:pPr>
      <w:r>
        <w:t>Cible : [pour qui, écrit noir sur blanc]</w:t>
      </w:r>
    </w:p>
    <w:p>
      <w:pPr>
        <w:pStyle w:val="ListBullet"/>
      </w:pPr>
      <w:r>
        <w:t>Édition : [année ou saison]</w:t>
      </w:r>
    </w:p>
    <w:p>
      <w:pPr>
        <w:pStyle w:val="Heading1"/>
      </w:pPr>
      <w:r>
        <w:t>Page 2 · Qui nous sommes, en chiffres</w:t>
      </w:r>
    </w:p>
    <w:p>
      <w:r>
        <w:rPr>
          <w:b w:val="0"/>
          <w:i/>
          <w:color w:val="71717A"/>
        </w:rPr>
        <w:t>Trois à six chiffres vérifiables, avec leur source ou leur date, et une phrase d'histoire.</w:t>
      </w:r>
    </w:p>
    <w:p>
      <w:pPr>
        <w:pStyle w:val="ListBullet"/>
      </w:pPr>
      <w:r>
        <w:t>[année de création] · [effectif] · [nombre de clients ou de chantiers] · [zone] · [certification]</w:t>
      </w:r>
    </w:p>
    <w:p>
      <w:pPr>
        <w:pStyle w:val="ListBullet"/>
      </w:pPr>
      <w:r>
        <w:t>Une phrase : [ce qui a changé récemment]</w:t>
      </w:r>
    </w:p>
    <w:p>
      <w:pPr>
        <w:pStyle w:val="Heading1"/>
      </w:pPr>
      <w:r>
        <w:t>Page 3 · Ce que nous faisons pour qui</w:t>
      </w:r>
    </w:p>
    <w:p>
      <w:r>
        <w:rPr>
          <w:b w:val="0"/>
          <w:i/>
          <w:color w:val="71717A"/>
        </w:rPr>
        <w:t>Les offres, une par bloc, avec pour chacune le problème du client, ce que vous livrez, et pour qui.</w:t>
      </w:r>
    </w:p>
    <w:p>
      <w:pPr>
        <w:pStyle w:val="ListBullet"/>
      </w:pPr>
      <w:r>
        <w:t>Offre 1 : [nom] · problème : [ ] · livrable : [ ] · pour : [ ]</w:t>
      </w:r>
    </w:p>
    <w:p>
      <w:pPr>
        <w:pStyle w:val="ListBullet"/>
      </w:pPr>
      <w:r>
        <w:t>Offre 2 : …</w:t>
      </w:r>
    </w:p>
    <w:p>
      <w:pPr>
        <w:pStyle w:val="ListBullet"/>
      </w:pPr>
      <w:r>
        <w:t>Offre 3 : …</w:t>
      </w:r>
    </w:p>
    <w:p>
      <w:pPr>
        <w:pStyle w:val="Heading1"/>
      </w:pPr>
      <w:r>
        <w:t>Page 4 · Comment ça se passe</w:t>
      </w:r>
    </w:p>
    <w:p>
      <w:r>
        <w:rPr>
          <w:b w:val="0"/>
          <w:i/>
          <w:color w:val="71717A"/>
        </w:rPr>
        <w:t>Les étapes, de la prise de contact à la livraison, avec les délais. C'est la page qui rassure.</w:t>
      </w:r>
    </w:p>
    <w:p>
      <w:pPr>
        <w:pStyle w:val="ListBullet"/>
      </w:pPr>
      <w:r>
        <w:t>Étape 1 : [ ] · délai : [ ]</w:t>
      </w:r>
    </w:p>
    <w:p>
      <w:pPr>
        <w:pStyle w:val="ListBullet"/>
      </w:pPr>
      <w:r>
        <w:t>Étape 2 : [ ] · délai : [ ]</w:t>
      </w:r>
    </w:p>
    <w:p>
      <w:pPr>
        <w:pStyle w:val="ListBullet"/>
      </w:pPr>
      <w:r>
        <w:t>Étape 3 : [ ] · délai : [ ]</w:t>
      </w:r>
    </w:p>
    <w:p>
      <w:pPr>
        <w:pStyle w:val="ListBullet"/>
      </w:pPr>
      <w:r>
        <w:t>Ce que vous fournissez / ce que le client fournit</w:t>
      </w:r>
    </w:p>
    <w:p>
      <w:pPr>
        <w:pStyle w:val="Heading1"/>
      </w:pPr>
      <w:r>
        <w:t>Page 5 · Les preuves</w:t>
      </w:r>
    </w:p>
    <w:p>
      <w:r>
        <w:rPr>
          <w:b w:val="0"/>
          <w:i/>
          <w:color w:val="71717A"/>
        </w:rPr>
        <w:t>Références nommées avec accord écrit, résultats chiffrés, photos réelles, certifications, avis datés.</w:t>
      </w:r>
    </w:p>
    <w:p>
      <w:pPr>
        <w:pStyle w:val="ListBullet"/>
      </w:pPr>
      <w:r>
        <w:t>Référence 1 : [client, contexte, résultat chiffré, date]</w:t>
      </w:r>
    </w:p>
    <w:p>
      <w:pPr>
        <w:pStyle w:val="ListBullet"/>
      </w:pPr>
      <w:r>
        <w:t>Référence 2 : …</w:t>
      </w:r>
    </w:p>
    <w:p>
      <w:pPr>
        <w:pStyle w:val="ListBullet"/>
      </w:pPr>
      <w:r>
        <w:t>Certifications, labels, assurances : [ ]</w:t>
      </w:r>
    </w:p>
    <w:p>
      <w:pPr>
        <w:pStyle w:val="Heading1"/>
      </w:pPr>
      <w:r>
        <w:t>Page 6 · Les offres et les prix</w:t>
      </w:r>
    </w:p>
    <w:p>
      <w:r>
        <w:rPr>
          <w:b w:val="0"/>
          <w:i/>
          <w:color w:val="71717A"/>
        </w:rPr>
        <w:t>Formules nommées, contenu de chacune, prix HT ou fourchette, ce qui est inclus et ce qui ne l'est pas. Si vous ne mettez pas de prix, dites comment le devis est établi et sous quel délai.</w:t>
      </w:r>
    </w:p>
    <w:p>
      <w:pPr>
        <w:pStyle w:val="ListBullet"/>
      </w:pPr>
      <w:r>
        <w:t>Formule A : [contenu] · [prix HT]</w:t>
      </w:r>
    </w:p>
    <w:p>
      <w:pPr>
        <w:pStyle w:val="ListBullet"/>
      </w:pPr>
      <w:r>
        <w:t>Formule B : …</w:t>
      </w:r>
    </w:p>
    <w:p>
      <w:pPr>
        <w:pStyle w:val="ListBullet"/>
      </w:pPr>
      <w:r>
        <w:t>Options : [ ]</w:t>
      </w:r>
    </w:p>
    <w:p>
      <w:pPr>
        <w:pStyle w:val="Heading1"/>
      </w:pPr>
      <w:r>
        <w:t>Page 7 · Engagements</w:t>
      </w:r>
    </w:p>
    <w:p>
      <w:r>
        <w:rPr>
          <w:b w:val="0"/>
          <w:i/>
          <w:color w:val="71717A"/>
        </w:rPr>
        <w:t>Ce à quoi vous vous engagez et ce qui se passe si ce n'est pas tenu : délais, garantie, réactivité, mentions légales et réglementaires du secteur.</w:t>
      </w:r>
    </w:p>
    <w:p>
      <w:pPr>
        <w:pStyle w:val="ListBullet"/>
      </w:pPr>
      <w:r>
        <w:t>Engagement 1 : [ ]</w:t>
      </w:r>
    </w:p>
    <w:p>
      <w:pPr>
        <w:pStyle w:val="ListBullet"/>
      </w:pPr>
      <w:r>
        <w:t>Engagement 2 : [ ]</w:t>
      </w:r>
    </w:p>
    <w:p>
      <w:pPr>
        <w:pStyle w:val="ListBullet"/>
      </w:pPr>
      <w:r>
        <w:t>Mentions obligatoires : [assurance, agrément, conditions]</w:t>
      </w:r>
    </w:p>
    <w:p>
      <w:pPr>
        <w:pStyle w:val="Heading1"/>
      </w:pPr>
      <w:r>
        <w:t>Page 8 · Contact et prochaine étape</w:t>
      </w:r>
    </w:p>
    <w:p>
      <w:r>
        <w:rPr>
          <w:b w:val="0"/>
          <w:i/>
          <w:color w:val="71717A"/>
        </w:rPr>
        <w:t>Un interlocuteur nommé avec téléphone et email, l'adresse, les horaires, et une seule action demandée.</w:t>
      </w:r>
    </w:p>
    <w:p>
      <w:pPr>
        <w:pStyle w:val="ListBullet"/>
      </w:pPr>
      <w:r>
        <w:t>Interlocuteur : [prénom, fonction, téléphone, email]</w:t>
      </w:r>
    </w:p>
    <w:p>
      <w:pPr>
        <w:pStyle w:val="ListBullet"/>
      </w:pPr>
      <w:r>
        <w:t>Prochaine étape : [devis en 48 h / visite / essai]</w:t>
      </w:r>
    </w:p>
    <w:p>
      <w:pPr>
        <w:pStyle w:val="ListBullet"/>
      </w:pPr>
      <w:r>
        <w:t>Site, réseaux, QR code vers [page précise]</w:t>
      </w:r>
    </w:p>
    <w:p>
      <w:pPr>
        <w:pStyle w:val="Heading1"/>
      </w:pPr>
      <w:r>
        <w:t>Avant d'envoyer au graphiste</w:t>
      </w:r>
    </w:p>
    <w:p>
      <w:pPr>
        <w:pStyle w:val="ListBullet"/>
      </w:pPr>
      <w:r>
        <w:t>Chaque chiffre a une source et une date.</w:t>
      </w:r>
    </w:p>
    <w:p>
      <w:pPr>
        <w:pStyle w:val="ListBullet"/>
      </w:pPr>
      <w:r>
        <w:t>Chaque référence a un accord écrit du client.</w:t>
      </w:r>
    </w:p>
    <w:p>
      <w:pPr>
        <w:pStyle w:val="ListBullet"/>
      </w:pPr>
      <w:r>
        <w:t>Les photos sont les vôtres, pas des banques d'images.</w:t>
      </w:r>
    </w:p>
    <w:p>
      <w:pPr>
        <w:pStyle w:val="ListBullet"/>
      </w:pPr>
      <w:r>
        <w:t>Le PDF pèse moins de 5 Mo et le nom du fichier contient l'année.</w:t>
      </w:r>
    </w:p>
    <w:p>
      <w:pPr>
        <w:pStyle w:val="ListBullet"/>
      </w:pPr>
      <w:r>
        <w:t>Une version courte de 2 pages existe pour l'email, la version complète pour le rendez-vous.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