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Trame de dossier de presse</w:t>
      </w:r>
    </w:p>
    <w:p>
      <w:r>
        <w:rPr>
          <w:i/>
          <w:color w:val="71717A"/>
        </w:rPr>
        <w:t>Remplacez chaque bloc en gris par votre contenu. Une page par rubrique, dix pages au total : un journaliste ne lit pas au-delà. Les questions en italique sont là pour vous forcer à répondre, supprimez-les avant envoi.</w:t>
      </w:r>
    </w:p>
    <w:p>
      <w:pPr>
        <w:pStyle w:val="Heading1"/>
      </w:pPr>
      <w:r>
        <w:t>Page 1 · Couverture</w:t>
      </w:r>
    </w:p>
    <w:p>
      <w:pPr>
        <w:pStyle w:val="ListBullet"/>
      </w:pPr>
      <w:r>
        <w:t>Nom de l'entreprise ou de l'événement</w:t>
      </w:r>
    </w:p>
    <w:p>
      <w:pPr>
        <w:pStyle w:val="ListBullet"/>
      </w:pPr>
      <w:r>
        <w:t>Titre du dossier : l'angle en une ligne, pas le nom de la marque (ex. : « Une PME nantaise divise par deux les incidents informatiques de ses clients »)</w:t>
      </w:r>
    </w:p>
    <w:p>
      <w:pPr>
        <w:pStyle w:val="ListBullet"/>
      </w:pPr>
      <w:r>
        <w:t>Date, et mention « Dossier de presse »</w:t>
      </w:r>
    </w:p>
    <w:p>
      <w:pPr>
        <w:pStyle w:val="ListBullet"/>
      </w:pPr>
      <w:r>
        <w:t>Contact presse : prénom, nom, téléphone direct, email (le journaliste doit pouvoir appeler depuis la couverture)</w:t>
      </w:r>
    </w:p>
    <w:p>
      <w:r>
        <w:rPr>
          <w:i w:val="0"/>
          <w:color w:val="A1A1AA"/>
        </w:rPr>
        <w:t>[Votre contenu ici]</w:t>
      </w:r>
    </w:p>
    <w:p>
      <w:pPr>
        <w:pStyle w:val="Heading1"/>
      </w:pPr>
      <w:r>
        <w:t>Page 2 · Sommaire</w:t>
      </w:r>
    </w:p>
    <w:p>
      <w:pPr>
        <w:pStyle w:val="ListBullet"/>
      </w:pPr>
      <w:r>
        <w:t>Liste des rubriques avec numéros de page</w:t>
      </w:r>
    </w:p>
    <w:p>
      <w:pPr>
        <w:pStyle w:val="ListBullet"/>
      </w:pPr>
      <w:r>
        <w:t>Un lien cliquable par rubrique si le PDF est envoyé par email</w:t>
      </w:r>
    </w:p>
    <w:p>
      <w:r>
        <w:rPr>
          <w:i w:val="0"/>
          <w:color w:val="A1A1AA"/>
        </w:rPr>
        <w:t>[Votre contenu ici]</w:t>
      </w:r>
    </w:p>
    <w:p>
      <w:pPr>
        <w:pStyle w:val="Heading1"/>
      </w:pPr>
      <w:r>
        <w:t>Page 3 · Communiqué ou édito</w:t>
      </w:r>
    </w:p>
    <w:p>
      <w:pPr>
        <w:pStyle w:val="ListBullet"/>
      </w:pPr>
      <w:r>
        <w:t>Le fait nouveau en un paragraphe : qui, quoi, quand, où, pourquoi c'est nouveau</w:t>
      </w:r>
    </w:p>
    <w:p>
      <w:pPr>
        <w:pStyle w:val="ListBullet"/>
      </w:pPr>
      <w:r>
        <w:t>Une citation du dirigeant, courte, qui dit quelque chose qu'on ne trouve pas ailleurs dans le dossier</w:t>
      </w:r>
    </w:p>
    <w:p>
      <w:r>
        <w:rPr>
          <w:i/>
          <w:color w:val="71717A"/>
        </w:rPr>
        <w:t>Quelle est la phrase que vous aimeriez lire dans l'article ? C'est elle qu'il faut écrire ici.</w:t>
      </w:r>
    </w:p>
    <w:p>
      <w:r>
        <w:rPr>
          <w:i w:val="0"/>
          <w:color w:val="A1A1AA"/>
        </w:rPr>
        <w:t>[Votre contenu ici]</w:t>
      </w:r>
    </w:p>
    <w:p>
      <w:pPr>
        <w:pStyle w:val="Heading1"/>
      </w:pPr>
      <w:r>
        <w:t>Page 4 · L'entreprise en une page</w:t>
      </w:r>
    </w:p>
    <w:p>
      <w:pPr>
        <w:pStyle w:val="ListBullet"/>
      </w:pPr>
      <w:r>
        <w:t>Date de création, fondateurs, implantation, effectif</w:t>
      </w:r>
    </w:p>
    <w:p>
      <w:pPr>
        <w:pStyle w:val="ListBullet"/>
      </w:pPr>
      <w:r>
        <w:t>Ce que l'entreprise fait, pour qui, en trois phrases</w:t>
      </w:r>
    </w:p>
    <w:p>
      <w:pPr>
        <w:pStyle w:val="ListBullet"/>
      </w:pPr>
      <w:r>
        <w:t>Ce qui la distingue : une preuve, pas un adjectif</w:t>
      </w:r>
    </w:p>
    <w:p>
      <w:r>
        <w:rPr>
          <w:i w:val="0"/>
          <w:color w:val="A1A1AA"/>
        </w:rPr>
        <w:t>[Votre contenu ici]</w:t>
      </w:r>
    </w:p>
    <w:p>
      <w:pPr>
        <w:pStyle w:val="Heading1"/>
      </w:pPr>
      <w:r>
        <w:t>Page 5 · Le produit, le service ou l'événement</w:t>
      </w:r>
    </w:p>
    <w:p>
      <w:pPr>
        <w:pStyle w:val="ListBullet"/>
      </w:pPr>
      <w:r>
        <w:t>Ce que c'est, à qui ça s'adresse, ce que ça change</w:t>
      </w:r>
    </w:p>
    <w:p>
      <w:pPr>
        <w:pStyle w:val="ListBullet"/>
      </w:pPr>
      <w:r>
        <w:t>Un cas d'usage concret, avec un client nommé si possible</w:t>
      </w:r>
    </w:p>
    <w:p>
      <w:pPr>
        <w:pStyle w:val="ListBullet"/>
      </w:pPr>
      <w:r>
        <w:t>Prix, disponibilité, où le trouver</w:t>
      </w:r>
    </w:p>
    <w:p>
      <w:r>
        <w:rPr>
          <w:i w:val="0"/>
          <w:color w:val="A1A1AA"/>
        </w:rPr>
        <w:t>[Votre contenu ici]</w:t>
      </w:r>
    </w:p>
    <w:p>
      <w:pPr>
        <w:pStyle w:val="Heading1"/>
      </w:pPr>
      <w:r>
        <w:t>Page 6 · Chiffres clés</w:t>
      </w:r>
    </w:p>
    <w:p>
      <w:pPr>
        <w:pStyle w:val="ListBullet"/>
      </w:pPr>
      <w:r>
        <w:t>Six à huit chiffres maximum, chacun avec sa source et sa date</w:t>
      </w:r>
    </w:p>
    <w:p>
      <w:pPr>
        <w:pStyle w:val="ListBullet"/>
      </w:pPr>
      <w:r>
        <w:t>Un chiffre par ligne, en gros, avec une phrase de contexte</w:t>
      </w:r>
    </w:p>
    <w:p>
      <w:r>
        <w:rPr>
          <w:i/>
          <w:color w:val="71717A"/>
        </w:rPr>
        <w:t>Quel chiffre un journaliste pourrait-il reprendre tel quel dans un titre ?</w:t>
      </w:r>
    </w:p>
    <w:p>
      <w:r>
        <w:rPr>
          <w:i w:val="0"/>
          <w:color w:val="A1A1AA"/>
        </w:rPr>
        <w:t>[Votre contenu ici]</w:t>
      </w:r>
    </w:p>
    <w:p>
      <w:pPr>
        <w:pStyle w:val="Heading1"/>
      </w:pPr>
      <w:r>
        <w:t>Page 7 · Les fondateurs ou l'équipe</w:t>
      </w:r>
    </w:p>
    <w:p>
      <w:pPr>
        <w:pStyle w:val="ListBullet"/>
      </w:pPr>
      <w:r>
        <w:t>Portrait court de chaque personne citable : parcours, rôle, ce qu'elle peut commenter</w:t>
      </w:r>
    </w:p>
    <w:p>
      <w:pPr>
        <w:pStyle w:val="ListBullet"/>
      </w:pPr>
      <w:r>
        <w:t>Photo HD disponible sur demande ou en lien</w:t>
      </w:r>
    </w:p>
    <w:p>
      <w:r>
        <w:rPr>
          <w:i w:val="0"/>
          <w:color w:val="A1A1AA"/>
        </w:rPr>
        <w:t>[Votre contenu ici]</w:t>
      </w:r>
    </w:p>
    <w:p>
      <w:pPr>
        <w:pStyle w:val="Heading1"/>
      </w:pPr>
      <w:r>
        <w:t>Page 8 · Témoignages et références</w:t>
      </w:r>
    </w:p>
    <w:p>
      <w:pPr>
        <w:pStyle w:val="ListBullet"/>
      </w:pPr>
      <w:r>
        <w:t>Deux ou trois clients, partenaires ou experts, cités nommément</w:t>
      </w:r>
    </w:p>
    <w:p>
      <w:pPr>
        <w:pStyle w:val="ListBullet"/>
      </w:pPr>
      <w:r>
        <w:t>Une phrase chacun, avec fonction et entreprise</w:t>
      </w:r>
    </w:p>
    <w:p>
      <w:r>
        <w:rPr>
          <w:i w:val="0"/>
          <w:color w:val="A1A1AA"/>
        </w:rPr>
        <w:t>[Votre contenu ici]</w:t>
      </w:r>
    </w:p>
    <w:p>
      <w:pPr>
        <w:pStyle w:val="Heading1"/>
      </w:pPr>
      <w:r>
        <w:t>Page 9 · Visuels et ressources</w:t>
      </w:r>
    </w:p>
    <w:p>
      <w:pPr>
        <w:pStyle w:val="ListBullet"/>
      </w:pPr>
      <w:r>
        <w:t>Lien vers le kit média : logos, photos HD, vidéo, captures</w:t>
      </w:r>
    </w:p>
    <w:p>
      <w:pPr>
        <w:pStyle w:val="ListBullet"/>
      </w:pPr>
      <w:r>
        <w:t>Légendes et crédits photo prêts à copier</w:t>
      </w:r>
    </w:p>
    <w:p>
      <w:r>
        <w:rPr>
          <w:i w:val="0"/>
          <w:color w:val="A1A1AA"/>
        </w:rPr>
        <w:t>[Votre contenu ici]</w:t>
      </w:r>
    </w:p>
    <w:p>
      <w:pPr>
        <w:pStyle w:val="Heading1"/>
      </w:pPr>
      <w:r>
        <w:t>Page 10 · Contact presse</w:t>
      </w:r>
    </w:p>
    <w:p>
      <w:pPr>
        <w:pStyle w:val="ListBullet"/>
      </w:pPr>
      <w:r>
        <w:t>Prénom, nom, fonction, téléphone direct, email</w:t>
      </w:r>
    </w:p>
    <w:p>
      <w:pPr>
        <w:pStyle w:val="ListBullet"/>
      </w:pPr>
      <w:r>
        <w:t>Disponibilités pour interview, langues</w:t>
      </w:r>
    </w:p>
    <w:p>
      <w:pPr>
        <w:pStyle w:val="ListBullet"/>
      </w:pPr>
      <w:r>
        <w:t>Espace presse en ligne et réseaux sociaux de l'entreprise</w:t>
      </w:r>
    </w:p>
    <w:p>
      <w:r>
        <w:rPr>
          <w:i w:val="0"/>
          <w:color w:val="A1A1AA"/>
        </w:rPr>
        <w:t>[Votre contenu ici]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