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Revue de presse [Organisation]</w:t>
      </w:r>
    </w:p>
    <w:p>
      <w:r>
        <w:rPr>
          <w:b w:val="0"/>
          <w:i w:val="0"/>
          <w:color w:val="71717A"/>
        </w:rPr>
        <w:t>Période du [date] au [date]  ·  Réalisée par [prénom, fonction]  ·  Diffusion : [liste des destinataires]</w:t>
      </w:r>
    </w:p>
    <w:p>
      <w:r>
        <w:rPr>
          <w:b w:val="0"/>
          <w:i/>
          <w:color w:val="71717A"/>
        </w:rPr>
        <w:t>Cette revue de presse est réalisée avec l'autorisation du CFC. Il est interdit d'en rediffuser tout ou partie sous quelque forme que ce soit.</w:t>
      </w:r>
    </w:p>
    <w:p>
      <w:pPr>
        <w:pStyle w:val="Heading1"/>
      </w:pPr>
      <w:r>
        <w:t>L’essentiel en cinq lignes</w:t>
      </w:r>
    </w:p>
    <w:p>
      <w:r>
        <w:rPr>
          <w:b w:val="0"/>
          <w:i w:val="0"/>
          <w:color w:val="A1A1AA"/>
        </w:rPr>
        <w:t>[Ce que la période a changé pour nous : le fait marquant, ce qu'il faut retenir, ce qui demande une décision.]</w:t>
      </w:r>
    </w:p>
    <w:p>
      <w:pPr>
        <w:pStyle w:val="Heading1"/>
      </w:pPr>
      <w:r>
        <w:t>Sommaire par thème</w:t>
      </w:r>
    </w:p>
    <w:p>
      <w:pPr>
        <w:pStyle w:val="ListNumber"/>
      </w:pPr>
      <w:r>
        <w:t>Notre organisation dans la presse (retombées)</w:t>
      </w:r>
    </w:p>
    <w:p>
      <w:pPr>
        <w:pStyle w:val="ListNumber"/>
      </w:pPr>
      <w:r>
        <w:t>Nos concurrents et notre marché</w:t>
      </w:r>
    </w:p>
    <w:p>
      <w:pPr>
        <w:pStyle w:val="ListNumber"/>
      </w:pPr>
      <w:r>
        <w:t>Réglementation et institutions</w:t>
      </w:r>
    </w:p>
    <w:p>
      <w:pPr>
        <w:pStyle w:val="ListNumber"/>
      </w:pPr>
      <w:r>
        <w:t>Signaux faibles à suivre</w:t>
      </w:r>
    </w:p>
    <w:p>
      <w:pPr>
        <w:pStyle w:val="Heading1"/>
      </w:pPr>
      <w:r>
        <w:t>Notre organisation dans la presse</w:t>
      </w:r>
    </w:p>
    <w:p>
      <w:r>
        <w:rPr>
          <w:b/>
          <w:i w:val="0"/>
        </w:rPr>
        <w:t>[Titre de l'article 1]</w:t>
      </w:r>
    </w:p>
    <w:p>
      <w:r>
        <w:rPr>
          <w:b w:val="0"/>
          <w:i w:val="0"/>
          <w:color w:val="71717A"/>
        </w:rPr>
        <w:t>[Média] · [date] · [auteur] · [lien]</w:t>
      </w:r>
    </w:p>
    <w:p>
      <w:r>
        <w:rPr>
          <w:b w:val="0"/>
          <w:i w:val="0"/>
        </w:rPr>
        <w:t>Résumé en trois lignes : [ce que dit l'article, dans nos mots, sans le recopier].</w:t>
      </w:r>
    </w:p>
    <w:p>
      <w:r>
        <w:rPr>
          <w:b w:val="0"/>
          <w:i w:val="0"/>
          <w:color w:val="479754"/>
        </w:rPr>
        <w:t>Pourquoi c'est important pour nous : [une phrase]. Pertinence : [haute / moyenne / à surveiller]. Tonalité : [positive / neutre / négative].</w:t>
      </w:r>
    </w:p>
    <w:p>
      <w:r>
        <w:rPr>
          <w:b/>
          <w:i w:val="0"/>
        </w:rPr>
        <w:t>[Titre de l'article 2]</w:t>
      </w:r>
    </w:p>
    <w:p>
      <w:r>
        <w:rPr>
          <w:b w:val="0"/>
          <w:i w:val="0"/>
          <w:color w:val="71717A"/>
        </w:rPr>
        <w:t>[Média] · [date] · [auteur] · [lien]</w:t>
      </w:r>
    </w:p>
    <w:p>
      <w:r>
        <w:rPr>
          <w:b w:val="0"/>
          <w:i w:val="0"/>
        </w:rPr>
        <w:t>Résumé en trois lignes : [ce que dit l'article, dans nos mots, sans le recopier].</w:t>
      </w:r>
    </w:p>
    <w:p>
      <w:r>
        <w:rPr>
          <w:b w:val="0"/>
          <w:i w:val="0"/>
          <w:color w:val="479754"/>
        </w:rPr>
        <w:t>Pourquoi c'est important pour nous : [une phrase]. Pertinence : [haute / moyenne / à surveiller]. Tonalité : [positive / neutre / négative].</w:t>
      </w:r>
    </w:p>
    <w:p>
      <w:pPr>
        <w:pStyle w:val="Heading1"/>
      </w:pPr>
      <w:r>
        <w:t>Nos concurrents et notre marché</w:t>
      </w:r>
    </w:p>
    <w:p>
      <w:r>
        <w:rPr>
          <w:b/>
          <w:i w:val="0"/>
        </w:rPr>
        <w:t>[Titre de l'article 1]</w:t>
      </w:r>
    </w:p>
    <w:p>
      <w:r>
        <w:rPr>
          <w:b w:val="0"/>
          <w:i w:val="0"/>
          <w:color w:val="71717A"/>
        </w:rPr>
        <w:t>[Média] · [date] · [auteur] · [lien]</w:t>
      </w:r>
    </w:p>
    <w:p>
      <w:r>
        <w:rPr>
          <w:b w:val="0"/>
          <w:i w:val="0"/>
        </w:rPr>
        <w:t>Résumé en trois lignes : [ce que dit l'article, dans nos mots, sans le recopier].</w:t>
      </w:r>
    </w:p>
    <w:p>
      <w:r>
        <w:rPr>
          <w:b w:val="0"/>
          <w:i w:val="0"/>
          <w:color w:val="479754"/>
        </w:rPr>
        <w:t>Pourquoi c'est important pour nous : [une phrase]. Pertinence : [haute / moyenne / à surveiller]. Tonalité : [positive / neutre / négative].</w:t>
      </w:r>
    </w:p>
    <w:p>
      <w:r>
        <w:rPr>
          <w:b/>
          <w:i w:val="0"/>
        </w:rPr>
        <w:t>[Titre de l'article 2]</w:t>
      </w:r>
    </w:p>
    <w:p>
      <w:r>
        <w:rPr>
          <w:b w:val="0"/>
          <w:i w:val="0"/>
          <w:color w:val="71717A"/>
        </w:rPr>
        <w:t>[Média] · [date] · [auteur] · [lien]</w:t>
      </w:r>
    </w:p>
    <w:p>
      <w:r>
        <w:rPr>
          <w:b w:val="0"/>
          <w:i w:val="0"/>
        </w:rPr>
        <w:t>Résumé en trois lignes : [ce que dit l'article, dans nos mots, sans le recopier].</w:t>
      </w:r>
    </w:p>
    <w:p>
      <w:r>
        <w:rPr>
          <w:b w:val="0"/>
          <w:i w:val="0"/>
          <w:color w:val="479754"/>
        </w:rPr>
        <w:t>Pourquoi c'est important pour nous : [une phrase]. Pertinence : [haute / moyenne / à surveiller]. Tonalité : [positive / neutre / négative].</w:t>
      </w:r>
    </w:p>
    <w:p>
      <w:pPr>
        <w:pStyle w:val="Heading1"/>
      </w:pPr>
      <w:r>
        <w:t>Réglementation et institutions</w:t>
      </w:r>
    </w:p>
    <w:p>
      <w:r>
        <w:rPr>
          <w:b/>
          <w:i w:val="0"/>
        </w:rPr>
        <w:t>[Titre de l'article 1]</w:t>
      </w:r>
    </w:p>
    <w:p>
      <w:r>
        <w:rPr>
          <w:b w:val="0"/>
          <w:i w:val="0"/>
          <w:color w:val="71717A"/>
        </w:rPr>
        <w:t>[Média] · [date] · [auteur] · [lien]</w:t>
      </w:r>
    </w:p>
    <w:p>
      <w:r>
        <w:rPr>
          <w:b w:val="0"/>
          <w:i w:val="0"/>
        </w:rPr>
        <w:t>Résumé en trois lignes : [ce que dit l'article, dans nos mots, sans le recopier].</w:t>
      </w:r>
    </w:p>
    <w:p>
      <w:r>
        <w:rPr>
          <w:b w:val="0"/>
          <w:i w:val="0"/>
          <w:color w:val="479754"/>
        </w:rPr>
        <w:t>Pourquoi c'est important pour nous : [une phrase]. Pertinence : [haute / moyenne / à surveiller]. Tonalité : [positive / neutre / négative].</w:t>
      </w:r>
    </w:p>
    <w:p>
      <w:r>
        <w:rPr>
          <w:b/>
          <w:i w:val="0"/>
        </w:rPr>
        <w:t>[Titre de l'article 2]</w:t>
      </w:r>
    </w:p>
    <w:p>
      <w:r>
        <w:rPr>
          <w:b w:val="0"/>
          <w:i w:val="0"/>
          <w:color w:val="71717A"/>
        </w:rPr>
        <w:t>[Média] · [date] · [auteur] · [lien]</w:t>
      </w:r>
    </w:p>
    <w:p>
      <w:r>
        <w:rPr>
          <w:b w:val="0"/>
          <w:i w:val="0"/>
        </w:rPr>
        <w:t>Résumé en trois lignes : [ce que dit l'article, dans nos mots, sans le recopier].</w:t>
      </w:r>
    </w:p>
    <w:p>
      <w:r>
        <w:rPr>
          <w:b w:val="0"/>
          <w:i w:val="0"/>
          <w:color w:val="479754"/>
        </w:rPr>
        <w:t>Pourquoi c'est important pour nous : [une phrase]. Pertinence : [haute / moyenne / à surveiller]. Tonalité : [positive / neutre / négative].</w:t>
      </w:r>
    </w:p>
    <w:p>
      <w:pPr>
        <w:pStyle w:val="Heading1"/>
      </w:pPr>
      <w:r>
        <w:t>Signaux faibles à suivre</w:t>
      </w:r>
    </w:p>
    <w:p>
      <w:r>
        <w:rPr>
          <w:b/>
          <w:i w:val="0"/>
        </w:rPr>
        <w:t>[Titre de l'article 1]</w:t>
      </w:r>
    </w:p>
    <w:p>
      <w:r>
        <w:rPr>
          <w:b w:val="0"/>
          <w:i w:val="0"/>
          <w:color w:val="71717A"/>
        </w:rPr>
        <w:t>[Média] · [date] · [auteur] · [lien]</w:t>
      </w:r>
    </w:p>
    <w:p>
      <w:r>
        <w:rPr>
          <w:b w:val="0"/>
          <w:i w:val="0"/>
        </w:rPr>
        <w:t>Résumé en trois lignes : [ce que dit l'article, dans nos mots, sans le recopier].</w:t>
      </w:r>
    </w:p>
    <w:p>
      <w:r>
        <w:rPr>
          <w:b w:val="0"/>
          <w:i w:val="0"/>
          <w:color w:val="479754"/>
        </w:rPr>
        <w:t>Pourquoi c'est important pour nous : [une phrase]. Pertinence : [haute / moyenne / à surveiller]. Tonalité : [positive / neutre / négative].</w:t>
      </w:r>
    </w:p>
    <w:p>
      <w:r>
        <w:rPr>
          <w:b/>
          <w:i w:val="0"/>
        </w:rPr>
        <w:t>[Titre de l'article 2]</w:t>
      </w:r>
    </w:p>
    <w:p>
      <w:r>
        <w:rPr>
          <w:b w:val="0"/>
          <w:i w:val="0"/>
          <w:color w:val="71717A"/>
        </w:rPr>
        <w:t>[Média] · [date] · [auteur] · [lien]</w:t>
      </w:r>
    </w:p>
    <w:p>
      <w:r>
        <w:rPr>
          <w:b w:val="0"/>
          <w:i w:val="0"/>
        </w:rPr>
        <w:t>Résumé en trois lignes : [ce que dit l'article, dans nos mots, sans le recopier].</w:t>
      </w:r>
    </w:p>
    <w:p>
      <w:r>
        <w:rPr>
          <w:b w:val="0"/>
          <w:i w:val="0"/>
          <w:color w:val="479754"/>
        </w:rPr>
        <w:t>Pourquoi c'est important pour nous : [une phrase]. Pertinence : [haute / moyenne / à surveiller]. Tonalité : [positive / neutre / négative].</w:t>
      </w:r>
    </w:p>
    <w:p>
      <w:pPr>
        <w:pStyle w:val="Heading1"/>
      </w:pPr>
      <w:r>
        <w:t>Chiffres de la période</w:t>
      </w:r>
    </w:p>
    <w:p>
      <w:r>
        <w:rPr>
          <w:b w:val="0"/>
          <w:i w:val="0"/>
        </w:rPr>
        <w:t>Articles retenus : [n]  ·  dont retombées sur notre organisation : [n]  ·  tonalité positive / neutre / négative : [n / n / n]  ·  médias distincts : [n]</w:t>
      </w:r>
    </w:p>
    <w:p>
      <w:pPr>
        <w:pStyle w:val="Heading1"/>
      </w:pPr>
      <w:r>
        <w:t>À faire suite à cette revue</w:t>
      </w:r>
    </w:p>
    <w:p>
      <w:pPr>
        <w:pStyle w:val="ListBullet"/>
      </w:pPr>
      <w:r>
        <w:t>[Action 1, responsable, date]</w:t>
      </w:r>
    </w:p>
    <w:p>
      <w:pPr>
        <w:pStyle w:val="ListBullet"/>
      </w:pPr>
      <w:r>
        <w:t>[Action 2, responsable, date]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