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Dix prompts métier pour une PME</w:t>
      </w:r>
    </w:p>
    <w:p>
      <w:r>
        <w:rPr>
          <w:b w:val="0"/>
          <w:i/>
          <w:color w:val="71717A"/>
        </w:rPr>
        <w:t>Chaque prompt suit la même trame : rôle, contexte, tâche, contraintes, format, puis ce qu'il faut vérifier dans la réponse. Remplacez les crochets. Ne collez jamais de données personnelles ou confidentielles dans un outil grand public sans l'accord de votre organisation.</w:t>
      </w:r>
    </w:p>
    <w:p>
      <w:pPr>
        <w:pStyle w:val="Heading1"/>
      </w:pPr>
      <w:r>
        <w:t>La trame</w:t>
      </w:r>
    </w:p>
    <w:p>
      <w:pPr>
        <w:pStyle w:val="ListBullet"/>
      </w:pPr>
      <w:r>
        <w:t>Rôle : Tu es [fonction] dans [type d'entreprise].</w:t>
      </w:r>
    </w:p>
    <w:p>
      <w:pPr>
        <w:pStyle w:val="ListBullet"/>
      </w:pPr>
      <w:r>
        <w:t>Contexte : [qui nous sommes, à qui l'on s'adresse, ce qui s'est passé].</w:t>
      </w:r>
    </w:p>
    <w:p>
      <w:pPr>
        <w:pStyle w:val="ListBullet"/>
      </w:pPr>
      <w:r>
        <w:t>Tâche : [verbe d'action précis + objet].</w:t>
      </w:r>
    </w:p>
    <w:p>
      <w:pPr>
        <w:pStyle w:val="ListBullet"/>
      </w:pPr>
      <w:r>
        <w:t>Contraintes : [longueur, ton, ce qu'il faut éviter, ce qu'il faut inclure].</w:t>
      </w:r>
    </w:p>
    <w:p>
      <w:pPr>
        <w:pStyle w:val="ListBullet"/>
      </w:pPr>
      <w:r>
        <w:t>Format : [email, tableau, liste, JSON, nombre de mots].</w:t>
      </w:r>
    </w:p>
    <w:p>
      <w:pPr>
        <w:pStyle w:val="ListBullet"/>
      </w:pPr>
      <w:r>
        <w:t>Exemple : [un exemple de ce que l'on attend, si possible].</w:t>
      </w:r>
    </w:p>
    <w:p>
      <w:pPr>
        <w:pStyle w:val="ListBullet"/>
      </w:pPr>
      <w:r>
        <w:t>Vérification : [ce que je relis avant d'utiliser la réponse].</w:t>
      </w:r>
    </w:p>
    <w:p>
      <w:pPr>
        <w:pStyle w:val="Heading1"/>
      </w:pPr>
      <w:r>
        <w:t>1. Relance d'une facture impayée</w:t>
      </w:r>
    </w:p>
    <w:p>
      <w:r>
        <w:rPr>
          <w:b w:val="0"/>
          <w:i w:val="0"/>
        </w:rPr>
        <w:t>Tu es assistant administratif dans une PME de [secteur] de [n] personnes. Le client [nom] a une facture de [montant] € échue depuis [n] jours ; c'est sa [première / deuxième] relance ; la relation commerciale est bonne. Rédige un email de relance courtois et ferme, en moins de 120 mots, sans menace juridique, qui rappelle la date d'échéance, le montant, les moyens de paiement, et propose un contact téléphonique. Format : objet + corps. Vérification : montant, date, nom, absence de formule agressive.</w:t>
      </w:r>
    </w:p>
    <w:p>
      <w:pPr>
        <w:pStyle w:val="Heading1"/>
      </w:pPr>
      <w:r>
        <w:t>2. Réponse à un avis client négatif</w:t>
      </w:r>
    </w:p>
    <w:p>
      <w:r>
        <w:rPr>
          <w:b w:val="0"/>
          <w:i w:val="0"/>
        </w:rPr>
        <w:t>Tu es responsable de la relation client de [enseigne]. Voici l'avis publié : [coller l'avis]. Les faits de notre côté : [ce qui s'est réellement passé]. Rédige une réponse publique de 80 mots maximum : remercier, reconnaître ce qui est fondé sans admettre ce qui ne l'est pas, dire ce que nous changeons, proposer un contact direct. Ton : calme, concret, sans excuses en série. Vérification : aucune donnée personnelle, aucune promesse que nous ne tiendrons pas.</w:t>
      </w:r>
    </w:p>
    <w:p>
      <w:pPr>
        <w:pStyle w:val="Heading1"/>
      </w:pPr>
      <w:r>
        <w:t>3. Compte rendu de réunion</w:t>
      </w:r>
    </w:p>
    <w:p>
      <w:r>
        <w:rPr>
          <w:b w:val="0"/>
          <w:i w:val="0"/>
        </w:rPr>
        <w:t>Tu es assistant de direction. Voici mes notes brutes de la réunion [objet] du [date] : [coller les notes]. Produis un compte rendu structuré : décisions prises (une ligne chacune), actions avec responsable et date, points en suspens, prochaine réunion. N'invente aucune décision qui n'est pas dans les notes ; signale ce qui est ambigu entre crochets. Format : titres + listes. Vérification : chaque action a un responsable réel.</w:t>
      </w:r>
    </w:p>
    <w:p>
      <w:pPr>
        <w:pStyle w:val="Heading1"/>
      </w:pPr>
      <w:r>
        <w:t>4. Fiche produit pour un site marchand</w:t>
      </w:r>
    </w:p>
    <w:p>
      <w:r>
        <w:rPr>
          <w:b w:val="0"/>
          <w:i w:val="0"/>
        </w:rPr>
        <w:t>Tu es rédacteur pour [enseigne], qui vend [univers] à [clientèle]. Produit : [nom], caractéristiques : [liste], usage principal : [usage], prix : [prix]. Rédige une fiche de 150 mots : accroche d'une phrase, trois bénéfices concrets liés aux caractéristiques, un paragraphe d'usage, les caractéristiques en liste. Interdits : superlatifs non prouvés, « qualité premium », « incontournable ». Vérification : chaque bénéfice correspond à une caractéristique réelle.</w:t>
      </w:r>
    </w:p>
    <w:p>
      <w:pPr>
        <w:pStyle w:val="Heading1"/>
      </w:pPr>
      <w:r>
        <w:t>5. Offre d'emploi</w:t>
      </w:r>
    </w:p>
    <w:p>
      <w:r>
        <w:rPr>
          <w:b w:val="0"/>
          <w:i w:val="0"/>
        </w:rPr>
        <w:t>Tu es responsable RH d'une PME de [secteur] de [n] personnes à [ville]. Poste : [intitulé], missions réelles : [liste], conditions : [contrat, salaire ou fourchette, horaires, télétravail]. Rédige une offre de 250 mots : ce que la personne fera vraiment la première semaine, ce que nous offrons, ce que nous attendons (trois exigences maximum), comment postuler. Ton : direct, sans jargon RH. Vérification : mentions légales, salaire cohérent, aucun critère discriminatoire.</w:t>
      </w:r>
    </w:p>
    <w:p>
      <w:pPr>
        <w:pStyle w:val="Heading1"/>
      </w:pPr>
      <w:r>
        <w:t>6. Synthèse d'un cahier des charges ou d'un appel d'offres</w:t>
      </w:r>
    </w:p>
    <w:p>
      <w:r>
        <w:rPr>
          <w:b w:val="0"/>
          <w:i w:val="0"/>
        </w:rPr>
        <w:t>Tu es chargé d'affaires dans une entreprise de [métier]. Voici le document : [coller le texte ou le joindre]. Extrais dans un tableau : exigences obligatoires, exigences souhaitées, délais, pièces à fournir, critères de notation avec leur pondération, questions à poser au client. Cite pour chaque ligne la page ou le paragraphe d'origine. Ne complète pas ce que le document ne dit pas. Vérification : relire chaque exigence obligatoire dans le document source.</w:t>
      </w:r>
    </w:p>
    <w:p>
      <w:pPr>
        <w:pStyle w:val="Heading1"/>
      </w:pPr>
      <w:r>
        <w:t>7. Email de prospection</w:t>
      </w:r>
    </w:p>
    <w:p>
      <w:r>
        <w:rPr>
          <w:b w:val="0"/>
          <w:i w:val="0"/>
        </w:rPr>
        <w:t>Tu es commercial chez [entreprise], qui aide [type de clients] à [résultat]. Prospect : [fonction] chez [type d'entreprise], contexte connu : [fait précis sur lui]. Rédige un email de 90 mots : une phrase sur son contexte, une phrase sur ce que nous faisons pour des entreprises comme la sienne avec un chiffre réel [chiffre], une question fermée pour proposer un échange de 15 minutes. Pas de « j'espère que vous allez bien ». Vérification : le chiffre est vrai et sourcé en interne.</w:t>
      </w:r>
    </w:p>
    <w:p>
      <w:pPr>
        <w:pStyle w:val="Heading1"/>
      </w:pPr>
      <w:r>
        <w:t>8. Questions fréquentes pour le service client</w:t>
      </w:r>
    </w:p>
    <w:p>
      <w:r>
        <w:rPr>
          <w:b w:val="0"/>
          <w:i w:val="0"/>
        </w:rPr>
        <w:t>Tu es responsable support de [entreprise]. Voici les 30 derniers emails de clients : [coller anonymisés]. Regroupe-les en questions fréquentes (10 maximum), formule chaque question comme le client la pose, et propose une réponse de 60 mots par question à partir de nos règles : [règles de garantie, délais, retours]. Signale les questions auxquelles nos règles ne répondent pas. Format : question en gras, réponse dessous. Vérification : chaque réponse respecte nos conditions générales.</w:t>
      </w:r>
    </w:p>
    <w:p>
      <w:pPr>
        <w:pStyle w:val="Heading1"/>
      </w:pPr>
      <w:r>
        <w:t>9. Analyse d'un tableau de chiffres</w:t>
      </w:r>
    </w:p>
    <w:p>
      <w:r>
        <w:rPr>
          <w:b w:val="0"/>
          <w:i w:val="0"/>
        </w:rPr>
        <w:t>Tu es contrôleur de gestion. Voici notre chiffre d'affaires mensuel par ligne de produit sur 24 mois : [coller le tableau]. Décris les trois faits les plus importants (tendance, saisonnalité, rupture), avec les chiffres qui les prouvent, puis liste trois questions que ces chiffres soulèvent. N'extrapole pas au-delà des données. Format : trois paragraphes courts puis une liste. Vérification : refaire à la main un calcul cité.</w:t>
      </w:r>
    </w:p>
    <w:p>
      <w:pPr>
        <w:pStyle w:val="Heading1"/>
      </w:pPr>
      <w:r>
        <w:t>10. Note de cadrage avant de briefer une agence</w:t>
      </w:r>
    </w:p>
    <w:p>
      <w:r>
        <w:rPr>
          <w:b w:val="0"/>
          <w:i w:val="0"/>
        </w:rPr>
        <w:t>Tu es directeur général d'une PME de [secteur]. Nous voulons [projet : site, campagne, identité]. Contexte : [cible, concurrents, budget, délai, ce qui a été fait avant]. Rédige une note de cadrage d'une page pour une agence : objectif mesurable, cible, périmètre, livrables attendus, contraintes, critères de choix de l'agence, calendrier. Pose ensuite cinq questions que nous devrions trancher avant d'envoyer la note. Vérification : le budget et le délai sont ceux validés en interne.</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